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الاسواق المالية واليات التداول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9789957660864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