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التمويل الدولي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يوسف مسعداوي/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دار أسامة للنشر والتوزيع/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280ص.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9789957647278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