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الحيوان في شعر الصعاليك :دراسة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نعمون خضراء/ حجاج نجاة/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