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المرئي في ديوان "كالغولا يرسم غورنيكا الرايس" لعز الدين ميهوبي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بوخناقة ريمة/ سليوة حميدة(مشرفا)/ فقراوي مريم/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