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"الرقص مع البوم" لغادة السمان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غيموز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