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" هو الحب كذبتنا الصادقة" لمحمود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بوناموس بشرى/ بوزراع فاطمة/ زدام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800281911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