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العتبات النصية في رواية " رأس المحنة" 1+1=0 لعزالدين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مغران لبنى/ عبديش وردة/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