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القصة الشاعرة في مجموعة "من ثقب الشتلات الأولى" لمحمد الشحات محمد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بوجريو هاجر/ موسى يسمينة/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800282711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