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معلقة امرئ القيس مقاربة اسانية عرفانية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وداد/ مسيعود سيموشة/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