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والتأخيرفي توجيه المعنى من خلال أحاديث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مخلوفي أمينة/ لماني وهيبة( مشرفا)/ لمودع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