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" السماع اللغوي ومفهوم الفصاحة" لعبد الرحمن حاج صالح -مقاربة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نويقس عفاف/ لفتاحة إكرام/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