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العربية لذوي الاحتياجات الخاصة في المراكز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آمنة/ شبطة سعيدة/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