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القانون التجاري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نداء محمد الصوص/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34014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