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الدعم وتأثيره على المهارات اللغوية -تلاميذ السنة إبتدائي دراسة تقويمية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فيلالي مفيدة/ دريدي وسام/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