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الأنا والاخر في رواية " الخلان "لأمين الزاوي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بوحناش فلة/ لكنوش أمال/ سليوة حميدة(مشرفا)/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800289311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