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التنبؤ بأسعار الصرف في الجزائر للفترة 2014-2018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خديجة/ زاوي خليدة/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