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فاعلية التدريس بالحوار واليات تيسيره : المحاضرات الجامعية أنمودجا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ريحان حواء/ قوميدي ريمة/ حمر العين عبد الهادي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800292111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