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شرات الإنذار المبكر بالأز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يوب صفاء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