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المناخ الإستثماري في جلب الإستثمار الأجنبي المباشر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قاسمي منال/ بلفيحج أميرة/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330137811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