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حاضنة الأعمال ودورها في دعم وتنمية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سديرة ريان/ بوطغان ياسمين/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