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الشبابيك الإسلامية لدى البنوك التقليدية من خلال عمليات التمويل والإستثمار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قلي أسماء/ تزير ندى/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