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عمى اتخاذ القرارات  المالية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بوجنانة شهيرة/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