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الاسلامية في علاج مشكلة فائض السيولة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يسرى/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