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والحدود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إدريس مقبول/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9789923140055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