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الشريعة والتاويل الكوني : محاولة في استكشاف الانساق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9781934218020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