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خليف خضير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9789957686727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