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شعر بدوي الجبل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بوغليلبة مروانة/ بوقزولة منى/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800297511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