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انطولوجيا الوجود في شعر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آمنة/ عمران آية/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