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ديوان "قالت الوردة""لعثمان لوصيف"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عربيد قتيبة/ بوخريص بوعلام/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800298311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