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الرسم على القيمة المضافة في تمويل الخزينة العمومية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سليمان عبد الرحيم/ طلحاوي عبد العزيز/ قشي محمد الصالح(رئيسا)،عاشوري نعيم(مشرفا ومقررا)،قرفي عمار(مناقشا)/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