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في رواية "الموريسكي الأخير لصبحي موسى"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ضيف أمينة/ داودي بثينة/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