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المواكب جبران خليل جبران 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فطيمة رميساء/ منهان يسرى/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800302111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