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قصيدة"نكبة دمشق" لأحمد شوقي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بولعراس سعاد/ بولدياب سارة/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800302011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