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السخرية و التهكم -في رواية صديقتي اليهودية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عمري عادل/ بوجعطاط حسناء/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