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"عزازيل"ليوسف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بوطواطو مديحة/ بوطواطو أميرة/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