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التدريب على الإنتاج الكتابي دراسة في كتاب السنة الخامسة إبتدائي الجيل الثاني 2019-2020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بوحلوفة آمنة/ بن خليفة وسام/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800303711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