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اللغوي عند الطفل في ظل نظرية التعليم الضمني-مقاربة لسانية-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كحالة إلهام/ زطيلي ريان/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