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في المرحلة الإبتدائية -دراسة لسانية تربوية السنة الخامسة ابتدائي-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خروبة بشرى/ بارة بشرى/ لعلالي خديجة/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