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المفارقة في ديوان" مراتب العشق" مقام سلوان لعبد الحميد شكيل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بومعزة ندى/ لخنافر حسناء/ ناصري خروفة/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800304911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