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على نفسية التلاميذ - الطور الثاني من التعليم الابتدائي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بوعلي خديجة/ بن عسكر بشرى/ بوقريطة مريم/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