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بناء الوضعيات القرائية في مناهج الجيل الثاني من المقاربة بالكفاءات -دراسة في الطور الثاني من التعليم الابتدائي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بوعبد الله دليلة/ سعدوني مروة/ عدوي مريم/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800306311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