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السياق اللغوي بين عبد القاهر الجرجاني وفيرث -دراسة مقارنة-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بوغديد حياة/ حمزاوي أميرة/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800307211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