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من الخطأ تلاميذ السنة الثانية متوسط - الأخطاء الإملائية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قندولي آية/ خليل صابرينة/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800309911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