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كتاب اللغة العربية للسنة الخامسة إبتدائي -دراسة تقويمية-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غيشي فطيمة/ ياسمينة بوالنمر/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