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علوم القان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بوضي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سو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834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