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الالتزامات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شوقي بناسي/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9789961528259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