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المدارس القرآنية و الأقسام التحضيرية في تحضير الطفل للمرحلة الإبتدائية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رماش مريم/ شلي لبنى/ حنبلي أسماء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800311711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