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دروب الفكر والكتابة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خديجة زتيلي/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9789923716137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