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لماذا لااحب الشعراء ؟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ريكان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فضاءات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9789923716328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