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مقاربات نصية في الادب الفلسطيني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بسام قطوس/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9789923716212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